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Schreibspiel: Emmett-Williams-Gedichtgenerator (Deutsch)</w:t>
      </w:r>
    </w:p>
    <w:p>
      <w:r>
        <w:t>Anleitung:</w:t>
        <w:br/>
        <w:t>1. Wähle für jede Zeile ein Subjekt (Ich/Du), ein Verb, ein Adjektiv, eine Farbe und ein Nomen.</w:t>
        <w:br/>
        <w:t>2. Nutze die Struktur: [Subjekt] [Verb] [Adjektiv] [Farbe] [Nomen]</w:t>
        <w:br/>
        <w:t>3. Schreibe abwechselnd eine Zeile für 'Ich' und eine für 'Du'.</w:t>
        <w:br/>
        <w:t>4. Kombiniere kreativ – alles ist erlaubt!</w:t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Subjekte</w:t>
            </w:r>
          </w:p>
        </w:tc>
        <w:tc>
          <w:tcPr>
            <w:tcW w:type="dxa" w:w="4320"/>
          </w:tcPr>
          <w:p>
            <w:r>
              <w:t>Ich, Du</w:t>
            </w:r>
          </w:p>
        </w:tc>
      </w:tr>
      <w:tr>
        <w:tc>
          <w:tcPr>
            <w:tcW w:type="dxa" w:w="4320"/>
          </w:tcPr>
          <w:p>
            <w:r>
              <w:t>Verben</w:t>
            </w:r>
          </w:p>
        </w:tc>
        <w:tc>
          <w:tcPr>
            <w:tcW w:type="dxa" w:w="4320"/>
          </w:tcPr>
          <w:p>
            <w:r>
              <w:t>liebte, hasste, küsste</w:t>
            </w:r>
          </w:p>
        </w:tc>
      </w:tr>
      <w:tr>
        <w:tc>
          <w:tcPr>
            <w:tcW w:type="dxa" w:w="4320"/>
          </w:tcPr>
          <w:p>
            <w:r>
              <w:t>Adjektive</w:t>
            </w:r>
          </w:p>
        </w:tc>
        <w:tc>
          <w:tcPr>
            <w:tcW w:type="dxa" w:w="4320"/>
          </w:tcPr>
          <w:p>
            <w:r>
              <w:t>sanfte, harte, milde, wütende</w:t>
            </w:r>
          </w:p>
        </w:tc>
      </w:tr>
      <w:tr>
        <w:tc>
          <w:tcPr>
            <w:tcW w:type="dxa" w:w="4320"/>
          </w:tcPr>
          <w:p>
            <w:r>
              <w:t>Farben</w:t>
            </w:r>
          </w:p>
        </w:tc>
        <w:tc>
          <w:tcPr>
            <w:tcW w:type="dxa" w:w="4320"/>
          </w:tcPr>
          <w:p>
            <w:r>
              <w:t>rosa, blau, rot, grün, gelb</w:t>
            </w:r>
          </w:p>
        </w:tc>
      </w:tr>
      <w:tr>
        <w:tc>
          <w:tcPr>
            <w:tcW w:type="dxa" w:w="4320"/>
          </w:tcPr>
          <w:p>
            <w:r>
              <w:t>Nomen</w:t>
            </w:r>
          </w:p>
        </w:tc>
        <w:tc>
          <w:tcPr>
            <w:tcW w:type="dxa" w:w="4320"/>
          </w:tcPr>
          <w:p>
            <w:r>
              <w:t>Nächte, Täler, Kartoffeln, Möwen, Tautropfen, Austern</w:t>
            </w:r>
          </w:p>
        </w:tc>
      </w:tr>
      <w:tr>
        <w:tc>
          <w:tcPr>
            <w:tcW w:type="dxa" w:w="4320"/>
          </w:tcPr>
          <w:p>
            <w:r>
              <w:t>Struktur</w:t>
            </w:r>
          </w:p>
        </w:tc>
        <w:tc>
          <w:tcPr>
            <w:tcW w:type="dxa" w:w="4320"/>
          </w:tcPr>
          <w:p>
            <w:r>
              <w:t>[Subjekt] [Verb] [Adjektiv] [Farbe] [Nomen]</w:t>
            </w:r>
          </w:p>
        </w:tc>
      </w:tr>
    </w:tbl>
    <w:p>
      <w:r>
        <w:br/>
        <w:t>Hier kannst du deine Zeilen eintragen:</w:t>
      </w:r>
    </w:p>
    <w:p>
      <w:r>
        <w:t>1. _____________________________________________</w:t>
      </w:r>
    </w:p>
    <w:p>
      <w:r>
        <w:t>2. _____________________________________________</w:t>
      </w:r>
    </w:p>
    <w:p>
      <w:r>
        <w:t>3. _____________________________________________</w:t>
      </w:r>
    </w:p>
    <w:p>
      <w:r>
        <w:t>4. _____________________________________________</w:t>
      </w:r>
    </w:p>
    <w:p>
      <w:r>
        <w:t>5. _____________________________________________</w:t>
      </w:r>
    </w:p>
    <w:p>
      <w:r>
        <w:t>6. _____________________________________________</w:t>
      </w:r>
    </w:p>
    <w:p>
      <w:r>
        <w:t>7. _____________________________________________</w:t>
      </w:r>
    </w:p>
    <w:p>
      <w:r>
        <w:t>8. _____________________________________________</w:t>
      </w:r>
    </w:p>
    <w:p>
      <w:r>
        <w:t>9. _____________________________________________</w:t>
      </w:r>
    </w:p>
    <w:p>
      <w:r>
        <w:t>10. _____________________________________________</w:t>
      </w:r>
    </w:p>
    <w:p>
      <w:r>
        <w:t>11. _____________________________________________</w:t>
      </w:r>
    </w:p>
    <w:p>
      <w:r>
        <w:t>12. 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